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הדבורה דבי מחפשת את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ח ואותיות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פשוטות הקשורות לפרחים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זיהוי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דבי רוצה להגיע לחצב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חצב הוא פרח שצומח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לפתור 4 מנעולים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 היא האות הראשונה במילה חצב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בעזרה לדבי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דבי מגלה שהיא איבדה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דבי פוגשת את המנעול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ארבעת המנעולים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דבי מגיעה לחצב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ותארו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שהתלמיד מבטא רגש חיובי כמו שמחה או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מילה תקינה שמתחילה באות ח, למשל: חתול,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חדר הבריחה בכיתה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תרגיל הנשימה עש״ן ד״ק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גן אפשר להקריא את המשפטים בקול ולתת לציין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הדבורה דבי מחפשת את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הדבורה דבי איבדה את הדרך לפרח החצב. בדף הזה נתרגל את האותיות והמילים שעוזרות לה למצוא את הדרך, כמו במשחק חדר הבריחה.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1 - זיהוי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אות מתחילה המילה "חצב"?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אות מתחילה המילה "דבורה"?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אות מתחילה המילה "פרח"?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מנעולים צריך לפתור כדי לעזור לדבי?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הדבורה בדף נקראת דבי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רוצה להגיע לפרח ורד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חצב הוא סוג של פרח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לפתור רק מנעול אחד כדי לעזור לדבי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חצב מתחילה באות 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דבי מחפשת את הדרך לחצב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דבי רוצה להגיע לפרח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לעזור לדבי צריך לפתור __________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חצב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כשאנחנו לחוצים אפשר לעצור 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בעזרה לדבי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ארבעת המנעולים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מגלה שהיא איבדה את הדרך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מגיעה לחצב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פוגשת את המנעול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ותארו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איך אתם חושבים שדבי מרגישה כשהיא מוצאת את הדרך לחצב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שמתחילות באות 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אות מתחילה המילה 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מנעולים יש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שמה של הדבורה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הדבורה דבי מחפשת את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