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ח ואותיות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פשוטות הקשורות 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זיהוי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דבי רוצה להגיע לחצב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חצב הוא פרח שצומח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לפתור 4 מנעולים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 היא האות הראשונה במילה 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(מנעול)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בעזרה לדבי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דבי מגלה שהיא איבדה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דבי פוגשת את המנעול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ארבעת המנעולים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דבי מגיעה לחצב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שהתלמיד מבטא רגש חיובי כמו שמחה או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מילה תקינה שמתחילה באות ח, למשל: חתול,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תרגיל הנשימה עש״ן ד״ק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גן אפשר להקריא את המשפטים בקול ולתת לציין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הדבורה דבי מחפשת את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דבי היא דבורה. היא רוצה להגיע לפרח חצב. נתרגל אותיות ומילים שעוזרות 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דְּבוֹרָה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קטן שאוסף צוף מפרחים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שצומח בסתיו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מַנְעוּל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שסוגר דלת, צריך מפתח או תשובה לפתוח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שהולכים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שממנו בונים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נוֹשְׁמִים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אוויר פנימה והחוצה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מַפְתֵּחַ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שפותח מנעול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זיהוי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הראשונה במילה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הראשונה במילה דבורה?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הראשונה במילה 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בדף נקראת דבי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רוצה להגיע לפרח ורד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חצב הוא סוג של פרח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לפתור רק מנעול אחד כדי לעזור לדבי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חצב מתחילה באות 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דבי מחפשת את הדרך לחצב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דבי רוצה להגיע לפרח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לדבי צריך לפתור __________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חצב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כשאנחנו לחוצים אפשר לעצור 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בעזרה לדבי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פוגשת את המנעול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מגיעה לחצב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דבי מגלה שהיא איבדה את הדרך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ארבעת המנעולים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ותארו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איך אתם חושבים שדבי מרגישה כשהיא מוצאת את הדרך לחצב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שמתחילות באות 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אות מתחילה המילה 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שמה של הדבורה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הדבורה דבי מחפשת את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